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374D" w14:textId="600237C1" w:rsidR="00AD1498" w:rsidRPr="009D7AC9" w:rsidRDefault="00000000" w:rsidP="00AD1498">
      <w:pPr>
        <w:spacing w:after="120" w:line="240" w:lineRule="auto"/>
        <w:jc w:val="center"/>
        <w:rPr>
          <w:lang w:val="tr-TR"/>
        </w:rPr>
      </w:pPr>
      <w:r>
        <w:rPr>
          <w:b/>
          <w:sz w:val="28"/>
        </w:rPr>
        <w:t>TRABZON ÜNİVERSİTESİ</w:t>
      </w:r>
      <w:r>
        <w:rPr>
          <w:b/>
          <w:sz w:val="28"/>
        </w:rPr>
        <w:br/>
      </w:r>
      <w:r w:rsidR="00AD1498">
        <w:rPr>
          <w:b/>
          <w:sz w:val="26"/>
          <w:lang w:val="tr-TR"/>
        </w:rPr>
        <w:t>ÖĞRENCİ İŞLERİ DAİRE BAŞKANLIĞI</w:t>
      </w:r>
    </w:p>
    <w:p w14:paraId="57F0F2E0" w14:textId="77777777" w:rsidR="00337E86" w:rsidRDefault="00000000" w:rsidP="00AD1498">
      <w:pPr>
        <w:spacing w:after="120" w:line="240" w:lineRule="auto"/>
        <w:jc w:val="center"/>
        <w:rPr>
          <w:b/>
          <w:sz w:val="26"/>
          <w:lang w:val="tr-TR"/>
        </w:rPr>
      </w:pPr>
      <w:r w:rsidRPr="009D7AC9">
        <w:rPr>
          <w:b/>
          <w:sz w:val="26"/>
          <w:lang w:val="tr-TR"/>
        </w:rPr>
        <w:t>BÜTÜNLEŞİK TEZLİ YÜKSEK LİSANS PROGRAMI</w:t>
      </w:r>
      <w:r w:rsidRPr="009D7AC9">
        <w:rPr>
          <w:b/>
          <w:sz w:val="26"/>
          <w:lang w:val="tr-TR"/>
        </w:rPr>
        <w:br/>
        <w:t>DERS KAYIT FORMU</w:t>
      </w:r>
    </w:p>
    <w:p w14:paraId="5B139781" w14:textId="77777777" w:rsidR="00337E86" w:rsidRPr="009D7AC9" w:rsidRDefault="00000000">
      <w:pPr>
        <w:rPr>
          <w:lang w:val="tr-TR"/>
        </w:rPr>
      </w:pPr>
      <w:r w:rsidRPr="009D7AC9">
        <w:rPr>
          <w:b/>
          <w:lang w:val="tr-TR"/>
        </w:rPr>
        <w:t>A. ÖĞRENCİ BİLGİLERİ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37E86" w:rsidRPr="009D7AC9" w14:paraId="21386B0C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19A823DB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Öğrencinin Adı Soyadı</w:t>
            </w:r>
          </w:p>
        </w:tc>
        <w:tc>
          <w:tcPr>
            <w:tcW w:w="4986" w:type="dxa"/>
            <w:vAlign w:val="center"/>
          </w:tcPr>
          <w:p w14:paraId="627442ED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04CE56FF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0C6F62E2" w14:textId="61990B72" w:rsidR="00337E86" w:rsidRPr="009D7AC9" w:rsidRDefault="00FC5339">
            <w:pPr>
              <w:rPr>
                <w:lang w:val="tr-TR"/>
              </w:rPr>
            </w:pPr>
            <w:r>
              <w:rPr>
                <w:b/>
                <w:sz w:val="21"/>
                <w:lang w:val="tr-TR"/>
              </w:rPr>
              <w:t xml:space="preserve">Bütünleşik Tezli Yüksek Lisans </w:t>
            </w:r>
            <w:r w:rsidR="00000000" w:rsidRPr="009D7AC9">
              <w:rPr>
                <w:b/>
                <w:sz w:val="21"/>
                <w:lang w:val="tr-TR"/>
              </w:rPr>
              <w:t>Öğrenci Numarası</w:t>
            </w:r>
          </w:p>
        </w:tc>
        <w:tc>
          <w:tcPr>
            <w:tcW w:w="4986" w:type="dxa"/>
            <w:vAlign w:val="center"/>
          </w:tcPr>
          <w:p w14:paraId="2831426F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55A30A81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160AAA6F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Bütünleşik Tezli Yüksek Lisans Programı</w:t>
            </w:r>
          </w:p>
        </w:tc>
        <w:tc>
          <w:tcPr>
            <w:tcW w:w="4986" w:type="dxa"/>
            <w:vAlign w:val="center"/>
          </w:tcPr>
          <w:p w14:paraId="3239273D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0711863A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6AD6CB4E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Akademik Yıl</w:t>
            </w:r>
          </w:p>
        </w:tc>
        <w:tc>
          <w:tcPr>
            <w:tcW w:w="4986" w:type="dxa"/>
            <w:vAlign w:val="center"/>
          </w:tcPr>
          <w:p w14:paraId="4D426460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sz w:val="21"/>
                <w:lang w:val="tr-TR"/>
              </w:rPr>
              <w:t>2026-2027</w:t>
            </w:r>
          </w:p>
        </w:tc>
      </w:tr>
      <w:tr w:rsidR="00337E86" w:rsidRPr="009D7AC9" w14:paraId="3FAD2ACA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46572042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Yarıyıl</w:t>
            </w:r>
          </w:p>
        </w:tc>
        <w:tc>
          <w:tcPr>
            <w:tcW w:w="4986" w:type="dxa"/>
            <w:vAlign w:val="center"/>
          </w:tcPr>
          <w:p w14:paraId="177D5EDE" w14:textId="6DA6037A" w:rsidR="00337E86" w:rsidRPr="009D7AC9" w:rsidRDefault="00FC5339">
            <w:pPr>
              <w:rPr>
                <w:lang w:val="tr-TR"/>
              </w:rPr>
            </w:pPr>
            <w:proofErr w:type="gramStart"/>
            <w:r>
              <w:rPr>
                <w:lang w:val="tr-TR"/>
              </w:rPr>
              <w:t>( x</w:t>
            </w:r>
            <w:proofErr w:type="gramEnd"/>
            <w:r>
              <w:rPr>
                <w:lang w:val="tr-TR"/>
              </w:rPr>
              <w:t>) Güz</w:t>
            </w:r>
          </w:p>
        </w:tc>
      </w:tr>
    </w:tbl>
    <w:p w14:paraId="714F4D70" w14:textId="77777777" w:rsidR="00337E86" w:rsidRPr="009D7AC9" w:rsidRDefault="00337E86">
      <w:pPr>
        <w:rPr>
          <w:lang w:val="tr-TR"/>
        </w:rPr>
      </w:pPr>
    </w:p>
    <w:p w14:paraId="0A5ABB86" w14:textId="77777777" w:rsidR="00337E86" w:rsidRPr="009D7AC9" w:rsidRDefault="00000000">
      <w:pPr>
        <w:rPr>
          <w:lang w:val="tr-TR"/>
        </w:rPr>
      </w:pPr>
      <w:r w:rsidRPr="009D7AC9">
        <w:rPr>
          <w:b/>
          <w:lang w:val="tr-TR"/>
        </w:rPr>
        <w:t>B. ALINACAK LİSANSÜSTÜ DERSLER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62"/>
        <w:gridCol w:w="1662"/>
        <w:gridCol w:w="6648"/>
      </w:tblGrid>
      <w:tr w:rsidR="00D267F8" w:rsidRPr="009D7AC9" w14:paraId="3878D728" w14:textId="77777777" w:rsidTr="00D267F8">
        <w:trPr>
          <w:trHeight w:val="397"/>
          <w:jc w:val="center"/>
        </w:trPr>
        <w:tc>
          <w:tcPr>
            <w:tcW w:w="1662" w:type="dxa"/>
            <w:shd w:val="clear" w:color="auto" w:fill="D9EAF7"/>
            <w:vAlign w:val="center"/>
          </w:tcPr>
          <w:p w14:paraId="55D8C4A4" w14:textId="77777777" w:rsidR="00D267F8" w:rsidRPr="00D267F8" w:rsidRDefault="00D267F8">
            <w:pPr>
              <w:jc w:val="center"/>
              <w:rPr>
                <w:bCs/>
                <w:lang w:val="tr-TR"/>
              </w:rPr>
            </w:pPr>
            <w:r w:rsidRPr="00D267F8">
              <w:rPr>
                <w:bCs/>
                <w:sz w:val="21"/>
                <w:lang w:val="tr-TR"/>
              </w:rPr>
              <w:t>Sıra</w:t>
            </w:r>
          </w:p>
        </w:tc>
        <w:tc>
          <w:tcPr>
            <w:tcW w:w="1662" w:type="dxa"/>
            <w:shd w:val="clear" w:color="auto" w:fill="D9EAF7"/>
            <w:vAlign w:val="center"/>
          </w:tcPr>
          <w:p w14:paraId="77FCB3EC" w14:textId="77777777" w:rsidR="00D267F8" w:rsidRPr="00D267F8" w:rsidRDefault="00D267F8">
            <w:pPr>
              <w:jc w:val="center"/>
              <w:rPr>
                <w:bCs/>
                <w:lang w:val="tr-TR"/>
              </w:rPr>
            </w:pPr>
            <w:r w:rsidRPr="00D267F8">
              <w:rPr>
                <w:bCs/>
                <w:sz w:val="21"/>
                <w:lang w:val="tr-TR"/>
              </w:rPr>
              <w:t>Ders Kodu</w:t>
            </w:r>
          </w:p>
        </w:tc>
        <w:tc>
          <w:tcPr>
            <w:tcW w:w="6648" w:type="dxa"/>
            <w:shd w:val="clear" w:color="auto" w:fill="D9EAF7"/>
            <w:vAlign w:val="center"/>
          </w:tcPr>
          <w:p w14:paraId="78DC5A15" w14:textId="179D38C5" w:rsidR="00D267F8" w:rsidRPr="00D267F8" w:rsidRDefault="00D267F8">
            <w:pPr>
              <w:jc w:val="center"/>
              <w:rPr>
                <w:bCs/>
                <w:lang w:val="tr-TR"/>
              </w:rPr>
            </w:pPr>
            <w:r w:rsidRPr="00D267F8">
              <w:rPr>
                <w:bCs/>
                <w:sz w:val="21"/>
                <w:lang w:val="tr-TR"/>
              </w:rPr>
              <w:t>Dersin Adı</w:t>
            </w:r>
          </w:p>
        </w:tc>
      </w:tr>
      <w:tr w:rsidR="00D267F8" w:rsidRPr="009D7AC9" w14:paraId="20911FE2" w14:textId="77777777" w:rsidTr="00D267F8">
        <w:trPr>
          <w:trHeight w:val="397"/>
          <w:jc w:val="center"/>
        </w:trPr>
        <w:tc>
          <w:tcPr>
            <w:tcW w:w="1662" w:type="dxa"/>
            <w:vAlign w:val="center"/>
          </w:tcPr>
          <w:p w14:paraId="0EE2F95E" w14:textId="77777777" w:rsidR="00D267F8" w:rsidRPr="009D7AC9" w:rsidRDefault="00D267F8">
            <w:pPr>
              <w:jc w:val="center"/>
              <w:rPr>
                <w:lang w:val="tr-TR"/>
              </w:rPr>
            </w:pPr>
            <w:r w:rsidRPr="009D7AC9">
              <w:rPr>
                <w:sz w:val="21"/>
                <w:lang w:val="tr-TR"/>
              </w:rPr>
              <w:t>1</w:t>
            </w:r>
          </w:p>
        </w:tc>
        <w:tc>
          <w:tcPr>
            <w:tcW w:w="1662" w:type="dxa"/>
            <w:vAlign w:val="center"/>
          </w:tcPr>
          <w:p w14:paraId="34854AD7" w14:textId="77777777" w:rsidR="00D267F8" w:rsidRPr="009D7AC9" w:rsidRDefault="00D267F8">
            <w:pPr>
              <w:rPr>
                <w:lang w:val="tr-TR"/>
              </w:rPr>
            </w:pPr>
          </w:p>
        </w:tc>
        <w:tc>
          <w:tcPr>
            <w:tcW w:w="6648" w:type="dxa"/>
            <w:vAlign w:val="center"/>
          </w:tcPr>
          <w:p w14:paraId="79B7F078" w14:textId="77777777" w:rsidR="00D267F8" w:rsidRPr="009D7AC9" w:rsidRDefault="00D267F8" w:rsidP="00D267F8">
            <w:pPr>
              <w:rPr>
                <w:lang w:val="tr-TR"/>
              </w:rPr>
            </w:pPr>
          </w:p>
        </w:tc>
      </w:tr>
      <w:tr w:rsidR="00D267F8" w:rsidRPr="009D7AC9" w14:paraId="2F6EE064" w14:textId="77777777" w:rsidTr="00D267F8">
        <w:trPr>
          <w:trHeight w:val="397"/>
          <w:jc w:val="center"/>
        </w:trPr>
        <w:tc>
          <w:tcPr>
            <w:tcW w:w="1662" w:type="dxa"/>
            <w:vAlign w:val="center"/>
          </w:tcPr>
          <w:p w14:paraId="7A80F757" w14:textId="77777777" w:rsidR="00D267F8" w:rsidRPr="009D7AC9" w:rsidRDefault="00D267F8">
            <w:pPr>
              <w:jc w:val="center"/>
              <w:rPr>
                <w:lang w:val="tr-TR"/>
              </w:rPr>
            </w:pPr>
            <w:r w:rsidRPr="009D7AC9">
              <w:rPr>
                <w:sz w:val="21"/>
                <w:lang w:val="tr-TR"/>
              </w:rPr>
              <w:t>2</w:t>
            </w:r>
          </w:p>
        </w:tc>
        <w:tc>
          <w:tcPr>
            <w:tcW w:w="1662" w:type="dxa"/>
            <w:vAlign w:val="center"/>
          </w:tcPr>
          <w:p w14:paraId="409DC76E" w14:textId="77777777" w:rsidR="00D267F8" w:rsidRPr="009D7AC9" w:rsidRDefault="00D267F8">
            <w:pPr>
              <w:rPr>
                <w:lang w:val="tr-TR"/>
              </w:rPr>
            </w:pPr>
          </w:p>
        </w:tc>
        <w:tc>
          <w:tcPr>
            <w:tcW w:w="6648" w:type="dxa"/>
            <w:vAlign w:val="center"/>
          </w:tcPr>
          <w:p w14:paraId="334D16C2" w14:textId="77777777" w:rsidR="00D267F8" w:rsidRPr="009D7AC9" w:rsidRDefault="00D267F8" w:rsidP="00D267F8">
            <w:pPr>
              <w:rPr>
                <w:lang w:val="tr-TR"/>
              </w:rPr>
            </w:pPr>
          </w:p>
        </w:tc>
      </w:tr>
    </w:tbl>
    <w:p w14:paraId="25C7AA9C" w14:textId="5DF6DE84" w:rsidR="00337E86" w:rsidRPr="009D7AC9" w:rsidRDefault="00000000">
      <w:pPr>
        <w:rPr>
          <w:lang w:val="tr-TR"/>
        </w:rPr>
      </w:pPr>
      <w:r w:rsidRPr="009D7AC9">
        <w:rPr>
          <w:b/>
          <w:lang w:val="tr-TR"/>
        </w:rPr>
        <w:t xml:space="preserve">Açıklama: </w:t>
      </w:r>
      <w:r w:rsidRPr="009D7AC9">
        <w:rPr>
          <w:lang w:val="tr-TR"/>
        </w:rPr>
        <w:t>Bütünleşik Tezli Yüksek Lisans Programı kapsamında öğrenciler, bir yarıyılda en az bir, en fazla iki lisansüstü ders alabilir. Doktora ve seminer dersleri bu kapsamda alınamaz.</w:t>
      </w:r>
    </w:p>
    <w:p w14:paraId="1514607F" w14:textId="77777777" w:rsidR="00337E86" w:rsidRPr="009D7AC9" w:rsidRDefault="00000000">
      <w:pPr>
        <w:rPr>
          <w:lang w:val="tr-TR"/>
        </w:rPr>
      </w:pPr>
      <w:r w:rsidRPr="009D7AC9">
        <w:rPr>
          <w:b/>
          <w:lang w:val="tr-TR"/>
        </w:rPr>
        <w:t>Öğrenci Beyanı</w:t>
      </w:r>
    </w:p>
    <w:p w14:paraId="49C6A86D" w14:textId="14E05F3A" w:rsidR="00337E86" w:rsidRPr="009D7AC9" w:rsidRDefault="00000000">
      <w:pPr>
        <w:rPr>
          <w:lang w:val="tr-TR"/>
        </w:rPr>
      </w:pPr>
      <w:r w:rsidRPr="009D7AC9">
        <w:rPr>
          <w:lang w:val="tr-TR"/>
        </w:rPr>
        <w:t xml:space="preserve">Bütünleşik Tezli Yüksek Lisans Programı kapsamında </w:t>
      </w:r>
      <w:r w:rsidR="009D7AC9" w:rsidRPr="009D7AC9">
        <w:rPr>
          <w:lang w:val="tr-TR"/>
        </w:rPr>
        <w:t xml:space="preserve">yukarıda belirtilen </w:t>
      </w:r>
      <w:r w:rsidR="00FC5339" w:rsidRPr="009D7AC9">
        <w:rPr>
          <w:lang w:val="tr-TR"/>
        </w:rPr>
        <w:t>ders</w:t>
      </w:r>
      <w:r w:rsidR="00FC5339">
        <w:rPr>
          <w:lang w:val="tr-TR"/>
        </w:rPr>
        <w:t>e/derslere</w:t>
      </w:r>
      <w:r w:rsidR="00FC5339" w:rsidRPr="009D7AC9">
        <w:rPr>
          <w:lang w:val="tr-TR"/>
        </w:rPr>
        <w:t xml:space="preserve"> </w:t>
      </w:r>
      <w:r w:rsidRPr="009D7AC9">
        <w:rPr>
          <w:lang w:val="tr-TR"/>
        </w:rPr>
        <w:t xml:space="preserve">kaydının yapılmasını talep ederim.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37E86" w:rsidRPr="009D7AC9" w14:paraId="43018057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65383197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Öğrencinin Adı Soyadı</w:t>
            </w:r>
          </w:p>
        </w:tc>
        <w:tc>
          <w:tcPr>
            <w:tcW w:w="4986" w:type="dxa"/>
            <w:vAlign w:val="center"/>
          </w:tcPr>
          <w:p w14:paraId="37D35F73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6A1524FD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2BA560F9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İmza</w:t>
            </w:r>
          </w:p>
        </w:tc>
        <w:tc>
          <w:tcPr>
            <w:tcW w:w="4986" w:type="dxa"/>
            <w:vAlign w:val="center"/>
          </w:tcPr>
          <w:p w14:paraId="0286025C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724095ED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4838E623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Tarih</w:t>
            </w:r>
          </w:p>
        </w:tc>
        <w:tc>
          <w:tcPr>
            <w:tcW w:w="4986" w:type="dxa"/>
            <w:vAlign w:val="center"/>
          </w:tcPr>
          <w:p w14:paraId="49E1B098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sz w:val="21"/>
                <w:lang w:val="tr-TR"/>
              </w:rPr>
              <w:t>....../....../2026</w:t>
            </w:r>
          </w:p>
        </w:tc>
      </w:tr>
    </w:tbl>
    <w:p w14:paraId="32C495B7" w14:textId="77777777" w:rsidR="00337E86" w:rsidRPr="009D7AC9" w:rsidRDefault="00337E86">
      <w:pPr>
        <w:rPr>
          <w:lang w:val="tr-TR"/>
        </w:rPr>
      </w:pPr>
    </w:p>
    <w:p w14:paraId="3AB0679F" w14:textId="77777777" w:rsidR="00337E86" w:rsidRPr="009D7AC9" w:rsidRDefault="00000000">
      <w:pPr>
        <w:rPr>
          <w:lang w:val="tr-TR"/>
        </w:rPr>
      </w:pPr>
      <w:r w:rsidRPr="009D7AC9">
        <w:rPr>
          <w:b/>
          <w:lang w:val="tr-TR"/>
        </w:rPr>
        <w:t>Anabilim Dalı Başkanı Onayı</w:t>
      </w:r>
    </w:p>
    <w:p w14:paraId="1C8405F2" w14:textId="58573FED" w:rsidR="00337E86" w:rsidRPr="009D7AC9" w:rsidRDefault="00AD1498" w:rsidP="00FC5339">
      <w:pPr>
        <w:jc w:val="both"/>
        <w:rPr>
          <w:lang w:val="tr-TR"/>
        </w:rPr>
      </w:pPr>
      <w:r w:rsidRPr="00AD1498">
        <w:rPr>
          <w:lang w:val="tr-TR"/>
        </w:rPr>
        <w:t>Yukarıda belirtilen derslerin, öğrencinin Bütünleşik Tezli Yüksek Lisans Programı kapsamında almasının uygun olduğu değerlendirilmiş olup, söz konusu derslere ilişkin kayıt işlemlerinin Öğrenci İşleri Daire Başkanlığınca gerçekleştirilmesi uygun görülmüştür.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37E86" w:rsidRPr="009D7AC9" w14:paraId="61AE041E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0FE4DDD3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Anabilim Dalı Başkanı Adı Soyadı</w:t>
            </w:r>
          </w:p>
        </w:tc>
        <w:tc>
          <w:tcPr>
            <w:tcW w:w="4986" w:type="dxa"/>
            <w:vAlign w:val="center"/>
          </w:tcPr>
          <w:p w14:paraId="5A1E9103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1189A8E7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6BE0DF8B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İmza</w:t>
            </w:r>
          </w:p>
        </w:tc>
        <w:tc>
          <w:tcPr>
            <w:tcW w:w="4986" w:type="dxa"/>
            <w:vAlign w:val="center"/>
          </w:tcPr>
          <w:p w14:paraId="2CECBFDF" w14:textId="77777777" w:rsidR="00337E86" w:rsidRPr="009D7AC9" w:rsidRDefault="00337E86">
            <w:pPr>
              <w:rPr>
                <w:lang w:val="tr-TR"/>
              </w:rPr>
            </w:pPr>
          </w:p>
        </w:tc>
      </w:tr>
      <w:tr w:rsidR="00337E86" w:rsidRPr="009D7AC9" w14:paraId="77DA35B2" w14:textId="77777777" w:rsidTr="00D267F8">
        <w:trPr>
          <w:trHeight w:val="397"/>
          <w:jc w:val="center"/>
        </w:trPr>
        <w:tc>
          <w:tcPr>
            <w:tcW w:w="4986" w:type="dxa"/>
            <w:vAlign w:val="center"/>
          </w:tcPr>
          <w:p w14:paraId="6921660E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b/>
                <w:sz w:val="21"/>
                <w:lang w:val="tr-TR"/>
              </w:rPr>
              <w:t>Tarih</w:t>
            </w:r>
          </w:p>
        </w:tc>
        <w:tc>
          <w:tcPr>
            <w:tcW w:w="4986" w:type="dxa"/>
            <w:vAlign w:val="center"/>
          </w:tcPr>
          <w:p w14:paraId="41551382" w14:textId="77777777" w:rsidR="00337E86" w:rsidRPr="009D7AC9" w:rsidRDefault="00000000">
            <w:pPr>
              <w:rPr>
                <w:lang w:val="tr-TR"/>
              </w:rPr>
            </w:pPr>
            <w:r w:rsidRPr="009D7AC9">
              <w:rPr>
                <w:sz w:val="21"/>
                <w:lang w:val="tr-TR"/>
              </w:rPr>
              <w:t>....../....../2026</w:t>
            </w:r>
          </w:p>
        </w:tc>
      </w:tr>
    </w:tbl>
    <w:p w14:paraId="61C156F2" w14:textId="5021C5E6" w:rsidR="00337E86" w:rsidRDefault="00000000" w:rsidP="00AD1498">
      <w:pPr>
        <w:jc w:val="both"/>
      </w:pPr>
      <w:r w:rsidRPr="009D7AC9">
        <w:rPr>
          <w:b/>
          <w:lang w:val="tr-TR"/>
        </w:rPr>
        <w:t>Not:</w:t>
      </w:r>
      <w:r w:rsidR="00AD1498">
        <w:rPr>
          <w:b/>
          <w:lang w:val="tr-TR"/>
        </w:rPr>
        <w:t xml:space="preserve"> </w:t>
      </w:r>
      <w:r w:rsidR="00FC5339" w:rsidRPr="00FC5339">
        <w:rPr>
          <w:lang w:val="tr-TR"/>
        </w:rPr>
        <w:t>Bu form, Bütünleşik Tezli Yüksek Lisans Programı kapsamında alınacak lisansüstü derslerin kayıt işlemlerinin gerçekleştirilmesi amacıyla düzenlenmiş olup, öğrenci tarafından doldurularak ilgili Anabilim Dalı Başkanlığının onayından sonra Öğrenci İşleri Daire Başkanlığına teslim edilir.</w:t>
      </w:r>
    </w:p>
    <w:sectPr w:rsidR="00337E86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302481">
    <w:abstractNumId w:val="8"/>
  </w:num>
  <w:num w:numId="2" w16cid:durableId="2017029335">
    <w:abstractNumId w:val="6"/>
  </w:num>
  <w:num w:numId="3" w16cid:durableId="515197909">
    <w:abstractNumId w:val="5"/>
  </w:num>
  <w:num w:numId="4" w16cid:durableId="1020859999">
    <w:abstractNumId w:val="4"/>
  </w:num>
  <w:num w:numId="5" w16cid:durableId="769012392">
    <w:abstractNumId w:val="7"/>
  </w:num>
  <w:num w:numId="6" w16cid:durableId="953949959">
    <w:abstractNumId w:val="3"/>
  </w:num>
  <w:num w:numId="7" w16cid:durableId="913053389">
    <w:abstractNumId w:val="2"/>
  </w:num>
  <w:num w:numId="8" w16cid:durableId="1008747867">
    <w:abstractNumId w:val="1"/>
  </w:num>
  <w:num w:numId="9" w16cid:durableId="78573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BFE"/>
    <w:rsid w:val="0029639D"/>
    <w:rsid w:val="00326F90"/>
    <w:rsid w:val="00337E86"/>
    <w:rsid w:val="009D7AC9"/>
    <w:rsid w:val="00AA1D8D"/>
    <w:rsid w:val="00AD1498"/>
    <w:rsid w:val="00B47730"/>
    <w:rsid w:val="00CB0664"/>
    <w:rsid w:val="00D267F8"/>
    <w:rsid w:val="00F8183E"/>
    <w:rsid w:val="00FC53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922A8"/>
  <w14:defaultImageDpi w14:val="300"/>
  <w15:docId w15:val="{A240E7E4-9FAA-4BD3-99D5-EF8BD3EE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AHMET ŞAHİN</cp:lastModifiedBy>
  <cp:revision>6</cp:revision>
  <dcterms:created xsi:type="dcterms:W3CDTF">2013-12-23T23:15:00Z</dcterms:created>
  <dcterms:modified xsi:type="dcterms:W3CDTF">2026-09-16T09:33:00Z</dcterms:modified>
  <cp:category/>
</cp:coreProperties>
</file>